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120" w:lineRule="exact" w:line="520"/>
        <w:ind w:firstLine="0"/>
        <w:jc w:val="left"/>
      </w:pPr>
      <w:r>
        <w:rPr>
          <w:rFonts w:ascii="Times New Roman" w:hAnsi="Times New Roman" w:eastAsia="黑体"/>
          <w:b w:val="0"/>
          <w:sz w:val="28"/>
        </w:rPr>
        <w:t>附件1</w:t>
      </w:r>
    </w:p>
    <w:p>
      <w:pPr>
        <w:keepNext w:val="0"/>
        <w:spacing w:before="120" w:after="240" w:lineRule="exact" w:line="600"/>
        <w:ind w:firstLine="720"/>
        <w:jc w:val="center"/>
      </w:pPr>
      <w:r>
        <w:rPr>
          <w:rFonts w:ascii="Times New Roman" w:hAnsi="Times New Roman" w:eastAsia="黑体"/>
          <w:b w:val="0"/>
          <w:sz w:val="36"/>
        </w:rPr>
        <w:t>供应商资格声明书</w:t>
      </w:r>
    </w:p>
    <w:p>
      <w:pPr>
        <w:keepNext w:val="0"/>
        <w:spacing w:before="0" w:after="120" w:lineRule="exact" w:line="520"/>
        <w:ind w:firstLine="0"/>
        <w:jc w:val="left"/>
      </w:pPr>
      <w:r>
        <w:rPr>
          <w:rFonts w:ascii="Times New Roman" w:hAnsi="Times New Roman" w:eastAsia="仿宋"/>
          <w:b w:val="0"/>
          <w:sz w:val="28"/>
        </w:rPr>
        <w:t>致：首都医科大学附属北京胸科医院</w:t>
      </w:r>
    </w:p>
    <w:p>
      <w:pPr>
        <w:keepNext w:val="0"/>
        <w:spacing w:before="0" w:after="0" w:lineRule="exact" w:line="520"/>
        <w:ind w:firstLine="560"/>
        <w:jc w:val="both"/>
      </w:pPr>
      <w:r>
        <w:rPr>
          <w:rFonts w:ascii="Times New Roman" w:hAnsi="Times New Roman" w:eastAsia="仿宋"/>
          <w:b w:val="0"/>
          <w:sz w:val="28"/>
        </w:rPr>
        <w:t>我单位自愿参加贵院移动CT筛查项目调研活动，报名事项为（可多选）：</w:t>
      </w:r>
    </w:p>
    <w:p>
      <w:pPr>
        <w:keepNext w:val="0"/>
        <w:spacing w:before="0" w:after="0" w:lineRule="exact" w:line="520"/>
        <w:ind w:firstLine="560"/>
        <w:jc w:val="both"/>
      </w:pPr>
      <w:r>
        <w:rPr>
          <w:rFonts w:ascii="Times New Roman" w:hAnsi="Times New Roman" w:eastAsia="仿宋"/>
          <w:b w:val="0"/>
          <w:sz w:val="28"/>
        </w:rPr>
        <w:t>□ 事项一 移动CT筛查全流程信息化技术服务</w:t>
      </w:r>
    </w:p>
    <w:p>
      <w:pPr>
        <w:keepNext w:val="0"/>
        <w:spacing w:before="0" w:after="0" w:lineRule="exact" w:line="520"/>
        <w:ind w:firstLine="560"/>
        <w:jc w:val="both"/>
      </w:pPr>
      <w:r>
        <w:rPr>
          <w:rFonts w:ascii="Times New Roman" w:hAnsi="Times New Roman" w:eastAsia="仿宋"/>
          <w:b w:val="0"/>
          <w:sz w:val="28"/>
        </w:rPr>
        <w:t>□ 事项二 CT和DR车租赁服务</w:t>
      </w:r>
    </w:p>
    <w:p>
      <w:pPr>
        <w:keepNext w:val="0"/>
        <w:spacing w:before="0" w:after="0" w:lineRule="exact" w:line="520"/>
        <w:ind w:firstLine="560"/>
        <w:jc w:val="both"/>
      </w:pPr>
      <w:r>
        <w:rPr>
          <w:rFonts w:ascii="Times New Roman" w:hAnsi="Times New Roman" w:eastAsia="仿宋"/>
          <w:b w:val="0"/>
          <w:sz w:val="28"/>
        </w:rPr>
        <w:t>□ 事项三 现场实施服务</w:t>
      </w:r>
    </w:p>
    <w:p>
      <w:pPr>
        <w:keepNext w:val="0"/>
        <w:spacing w:before="0" w:after="0" w:lineRule="exact" w:line="520"/>
        <w:ind w:firstLine="560"/>
        <w:jc w:val="both"/>
      </w:pPr>
      <w:r>
        <w:rPr>
          <w:rFonts w:ascii="Times New Roman" w:hAnsi="Times New Roman" w:eastAsia="仿宋"/>
          <w:b w:val="0"/>
          <w:sz w:val="28"/>
        </w:rPr>
        <w:t>现就本单位资格情况声明如下：</w:t>
      </w:r>
    </w:p>
    <w:p>
      <w:pPr>
        <w:keepNext w:val="0"/>
        <w:spacing w:before="0" w:after="0" w:lineRule="exact" w:line="520"/>
        <w:ind w:firstLine="560"/>
        <w:jc w:val="both"/>
      </w:pPr>
      <w:r>
        <w:rPr>
          <w:rFonts w:ascii="Times New Roman" w:hAnsi="Times New Roman" w:eastAsia="仿宋"/>
          <w:b w:val="0"/>
          <w:sz w:val="28"/>
        </w:rPr>
        <w:t>1.具有独立承担民事责任的能力；</w:t>
      </w:r>
    </w:p>
    <w:p>
      <w:pPr>
        <w:keepNext w:val="0"/>
        <w:spacing w:before="0" w:after="0" w:lineRule="exact" w:line="520"/>
        <w:ind w:firstLine="560"/>
        <w:jc w:val="both"/>
      </w:pPr>
      <w:r>
        <w:rPr>
          <w:rFonts w:ascii="Times New Roman" w:hAnsi="Times New Roman" w:eastAsia="仿宋"/>
          <w:b w:val="0"/>
          <w:sz w:val="28"/>
        </w:rPr>
        <w:t>2.具有良好的商业信誉和健全的财务会计制度；</w:t>
      </w:r>
    </w:p>
    <w:p>
      <w:pPr>
        <w:keepNext w:val="0"/>
        <w:spacing w:before="0" w:after="0" w:lineRule="exact" w:line="520"/>
        <w:ind w:firstLine="560"/>
        <w:jc w:val="both"/>
      </w:pPr>
      <w:r>
        <w:rPr>
          <w:rFonts w:ascii="Times New Roman" w:hAnsi="Times New Roman" w:eastAsia="仿宋"/>
          <w:b w:val="0"/>
          <w:sz w:val="28"/>
        </w:rPr>
        <w:t>3.具有履行合同所必需的设备和专业技术能力；</w:t>
      </w:r>
    </w:p>
    <w:p>
      <w:pPr>
        <w:keepNext w:val="0"/>
        <w:spacing w:before="0" w:after="0" w:lineRule="exact" w:line="520"/>
        <w:ind w:firstLine="560"/>
        <w:jc w:val="both"/>
      </w:pPr>
      <w:r>
        <w:rPr>
          <w:rFonts w:ascii="Times New Roman" w:hAnsi="Times New Roman" w:eastAsia="仿宋"/>
          <w:b w:val="0"/>
          <w:sz w:val="28"/>
        </w:rPr>
        <w:t>4.有依法缴纳税收和社会保障资金的良好记录；</w:t>
      </w:r>
    </w:p>
    <w:p>
      <w:pPr>
        <w:keepNext w:val="0"/>
        <w:spacing w:before="0" w:after="0" w:lineRule="exact" w:line="520"/>
        <w:ind w:firstLine="560"/>
        <w:jc w:val="both"/>
      </w:pPr>
      <w:r>
        <w:rPr>
          <w:rFonts w:ascii="Times New Roman" w:hAnsi="Times New Roman" w:eastAsia="仿宋"/>
          <w:b w:val="0"/>
          <w:sz w:val="28"/>
        </w:rPr>
        <w:t>5.参加政府采购活动前三年内，在经营活动中没有重大违法记录；</w:t>
      </w:r>
    </w:p>
    <w:p>
      <w:pPr>
        <w:keepNext w:val="0"/>
        <w:spacing w:before="0" w:after="0" w:lineRule="exact" w:line="520"/>
        <w:ind w:firstLine="560"/>
        <w:jc w:val="both"/>
      </w:pPr>
      <w:r>
        <w:rPr>
          <w:rFonts w:ascii="Times New Roman" w:hAnsi="Times New Roman" w:eastAsia="仿宋"/>
          <w:b w:val="0"/>
          <w:sz w:val="28"/>
        </w:rPr>
        <w:t>6.未被列入失信被执行人、重大税收违法案件当事人名单、政府采购严重违法失信行为记录名单；</w:t>
      </w:r>
    </w:p>
    <w:p>
      <w:pPr>
        <w:keepNext w:val="0"/>
        <w:spacing w:before="0" w:after="0" w:lineRule="exact" w:line="520"/>
        <w:ind w:firstLine="560"/>
        <w:jc w:val="both"/>
      </w:pPr>
      <w:r>
        <w:rPr>
          <w:rFonts w:ascii="Times New Roman" w:hAnsi="Times New Roman" w:eastAsia="仿宋"/>
          <w:b w:val="0"/>
          <w:sz w:val="28"/>
        </w:rPr>
        <w:t>7.本次提交的全部资料真实、准确、完整，复印件与原件一致；</w:t>
      </w:r>
    </w:p>
    <w:p>
      <w:pPr>
        <w:keepNext w:val="0"/>
        <w:spacing w:before="0" w:after="0" w:lineRule="exact" w:line="520"/>
        <w:ind w:firstLine="560"/>
        <w:jc w:val="both"/>
      </w:pPr>
      <w:r>
        <w:rPr>
          <w:rFonts w:ascii="Times New Roman" w:hAnsi="Times New Roman" w:eastAsia="仿宋"/>
          <w:b w:val="0"/>
          <w:sz w:val="28"/>
        </w:rPr>
        <w:t>8.如经查实存在提供虚假材料的情形，我单位愿承担相应责任并接受处理。</w:t>
      </w:r>
    </w:p>
    <w:p>
      <w:pPr>
        <w:keepNext w:val="0"/>
        <w:spacing w:before="360" w:after="0" w:lineRule="exact" w:line="520"/>
        <w:ind w:firstLine="0"/>
        <w:jc w:val="left"/>
      </w:pPr>
      <w:r>
        <w:rPr>
          <w:rFonts w:ascii="Times New Roman" w:hAnsi="Times New Roman" w:eastAsia="仿宋"/>
          <w:b w:val="0"/>
          <w:sz w:val="28"/>
        </w:rPr>
        <w:t>供应商名称（公章）：＿＿＿＿＿＿＿＿＿＿＿＿＿＿＿＿</w:t>
      </w:r>
    </w:p>
    <w:p>
      <w:pPr>
        <w:keepNext w:val="0"/>
        <w:spacing w:before="0" w:after="0" w:lineRule="exact" w:line="520"/>
        <w:ind w:firstLine="0"/>
        <w:jc w:val="left"/>
      </w:pPr>
      <w:r>
        <w:rPr>
          <w:rFonts w:ascii="Times New Roman" w:hAnsi="Times New Roman" w:eastAsia="仿宋"/>
          <w:b w:val="0"/>
          <w:sz w:val="28"/>
        </w:rPr>
        <w:t>法定代表人或授权代表（签字）：＿＿＿＿＿＿＿＿＿＿</w:t>
      </w:r>
    </w:p>
    <w:p>
      <w:pPr>
        <w:keepNext w:val="0"/>
        <w:spacing w:before="0" w:after="0" w:lineRule="exact" w:line="520"/>
        <w:ind w:firstLine="0"/>
        <w:jc w:val="left"/>
      </w:pPr>
      <w:r>
        <w:rPr>
          <w:rFonts w:ascii="Times New Roman" w:hAnsi="Times New Roman" w:eastAsia="仿宋"/>
          <w:b w:val="0"/>
          <w:sz w:val="28"/>
        </w:rPr>
        <w:t>日期：＿＿＿＿年＿＿月＿＿日</w:t>
      </w:r>
    </w:p>
    <w:sectPr w:rsidR="00FC693F" w:rsidRPr="0006063C" w:rsidSect="00034616">
      <w:pgSz w:w="11906" w:h="16838"/>
      <w:pgMar w:top="1417" w:right="1474" w:bottom="141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仿宋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